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VOLUNTEER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RECOGNITION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Volunteer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