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STUDENT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THE WEEK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