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STUDENT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THE WEEK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F3D2B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