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SPORTS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Player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