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980" w:after="360"/>
        <w:jc w:val="center"/>
      </w:pPr>
      <w:r>
        <w:rPr>
          <w:rFonts w:ascii="Cambria" w:hAnsi="Cambria"/>
          <w:b/>
          <w:i w:val="0"/>
          <w:color w:val="2B3A67"/>
          <w:sz w:val="80"/>
          <w:spacing w:val="180"/>
        </w:rPr>
        <w:t>SPORTS</w:t>
      </w:r>
    </w:p>
    <w:p>
      <w:pPr>
        <w:spacing w:before="0" w:after="740"/>
        <w:jc w:val="center"/>
      </w:pPr>
      <w:r>
        <w:rPr>
          <w:rFonts w:ascii="Calibri" w:hAnsi="Calibri"/>
          <w:b w:val="0"/>
          <w:i w:val="0"/>
          <w:color w:val="E8963C"/>
          <w:sz w:val="30"/>
          <w:spacing w:val="130"/>
        </w:rPr>
        <w:t>AWARD</w:t>
      </w:r>
    </w:p>
    <w:p>
      <w:pPr>
        <w:spacing w:before="0" w:after="40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IS PRESENTED TO</w:t>
      </w:r>
    </w:p>
    <w:p>
      <w:pPr>
        <w:spacing w:before="0" w:after="1020"/>
        <w:jc w:val="center"/>
      </w:pPr>
      <w:r>
        <w:rPr>
          <w:rFonts w:ascii="Cambria" w:hAnsi="Cambria"/>
          <w:b w:val="0"/>
          <w:i/>
          <w:color w:val="2B3A67"/>
          <w:sz w:val="68"/>
        </w:rPr>
        <w:t>Player Name</w:t>
      </w:r>
    </w:p>
    <w:p>
      <w:pPr>
        <w:spacing w:after="400"/>
        <w:ind w:left="2004" w:right="2004"/>
        <w:jc w:val="center"/>
        <w:pBdr>
          <w:bottom w:val="single" w:sz="6" w:space="2" w:color="E8963C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outstanding sportsmanship, teamwork and dedication throughout the season.</w:t>
      </w:r>
    </w:p>
    <w:p>
      <w:pPr>
        <w:spacing w:after="196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479"/>
        <w:gridCol w:w="4479"/>
        <w:gridCol w:w="4479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B3A67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SEASON</w:t>
            </w:r>
          </w:p>
        </w:tc>
        <w:tc>
          <w:tcPr>
            <w:tcW w:type="dxa" w:w="6406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COACH</w:t>
            </w:r>
          </w:p>
        </w:tc>
      </w:tr>
    </w:tbl>
    <w:sectPr w:rsidR="00FC693F" w:rsidRPr="0006063C" w:rsidSect="00034616">
      <w:headerReference w:type="default" r:id="rId9"/>
      <w:pgSz w:w="16838" w:h="11906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692000" cy="75600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playful-confetti-a4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92000" cy="75600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