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40" w:after="380"/>
        <w:jc w:val="center"/>
      </w:pPr>
      <w:r>
        <w:rPr>
          <w:rFonts w:ascii="Cambria" w:hAnsi="Cambria"/>
          <w:b/>
          <w:i w:val="0"/>
          <w:color w:val="1F3D2B"/>
          <w:sz w:val="80"/>
          <w:spacing w:val="180"/>
        </w:rPr>
        <w:t>SPORTS</w:t>
      </w:r>
    </w:p>
    <w:p>
      <w:pPr>
        <w:spacing w:before="0" w:after="780"/>
        <w:jc w:val="center"/>
      </w:pPr>
      <w:r>
        <w:rPr>
          <w:rFonts w:ascii="Calibri" w:hAnsi="Calibri"/>
          <w:b w:val="0"/>
          <w:i w:val="0"/>
          <w:color w:val="8C7A3F"/>
          <w:sz w:val="30"/>
          <w:spacing w:val="130"/>
        </w:rPr>
        <w:t>AWARD</w:t>
      </w:r>
    </w:p>
    <w:p>
      <w:pPr>
        <w:spacing w:before="0" w:after="42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THIS AWARD IS PRESENTED TO</w:t>
      </w:r>
    </w:p>
    <w:p>
      <w:pPr>
        <w:spacing w:before="0" w:after="1080"/>
        <w:jc w:val="center"/>
      </w:pPr>
      <w:r>
        <w:rPr>
          <w:rFonts w:ascii="Cambria" w:hAnsi="Cambria"/>
          <w:b w:val="0"/>
          <w:i/>
          <w:color w:val="1F3D2B"/>
          <w:sz w:val="68"/>
        </w:rPr>
        <w:t>Player Name</w:t>
      </w:r>
    </w:p>
    <w:p>
      <w:pPr>
        <w:spacing w:after="420"/>
        <w:ind w:left="1784" w:right="1784"/>
        <w:jc w:val="center"/>
        <w:pBdr>
          <w:bottom w:val="single" w:sz="6" w:space="2" w:color="8C7A3F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for outstanding sportsmanship, teamwork and dedication throughout the season.</w:t>
      </w:r>
    </w:p>
    <w:p>
      <w:pPr>
        <w:spacing w:after="208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146"/>
        <w:gridCol w:w="4146"/>
        <w:gridCol w:w="4146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1F3D2B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1F3D2B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SEASON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COACH</w:t>
            </w:r>
          </w:p>
        </w:tc>
      </w:tr>
    </w:tbl>
    <w:sectPr w:rsidR="00FC693F" w:rsidRPr="0006063C" w:rsidSect="00034616">
      <w:headerReference w:type="default" r:id="rId9"/>
      <w:pgSz w:w="15840" w:h="12240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058400" cy="77724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laurel-academic-letter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58400" cy="77724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