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SPORTS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B2A4A"/>
          <w:sz w:val="68"/>
        </w:rPr>
        <w:t>Player Name</w:t>
      </w:r>
    </w:p>
    <w:p>
      <w:pPr>
        <w:spacing w:after="420"/>
        <w:ind w:left="1784" w:right="178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