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980" w:after="360"/>
        <w:jc w:val="center"/>
      </w:pPr>
      <w:r>
        <w:rPr>
          <w:rFonts w:ascii="Cambria" w:hAnsi="Cambria"/>
          <w:b/>
          <w:i w:val="0"/>
          <w:color w:val="2F3E46"/>
          <w:sz w:val="80"/>
          <w:spacing w:val="180"/>
        </w:rPr>
        <w:t>READING</w:t>
      </w:r>
    </w:p>
    <w:p>
      <w:pPr>
        <w:spacing w:before="0" w:after="740"/>
        <w:jc w:val="center"/>
      </w:pPr>
      <w:r>
        <w:rPr>
          <w:rFonts w:ascii="Calibri" w:hAnsi="Calibri"/>
          <w:b w:val="0"/>
          <w:i w:val="0"/>
          <w:color w:val="5C8374"/>
          <w:sz w:val="30"/>
          <w:spacing w:val="130"/>
        </w:rPr>
        <w:t>AWARD</w:t>
      </w:r>
    </w:p>
    <w:p>
      <w:pPr>
        <w:spacing w:before="0" w:after="400"/>
        <w:jc w:val="center"/>
      </w:pPr>
      <w:r>
        <w:rPr>
          <w:rFonts w:ascii="Calibri" w:hAnsi="Calibri"/>
          <w:b w:val="0"/>
          <w:i w:val="0"/>
          <w:color w:val="5A5F66"/>
          <w:sz w:val="19"/>
          <w:spacing w:val="60"/>
        </w:rPr>
        <w:t>THIS CERTIFICATE IS PROUDLY PRESENTED TO</w:t>
      </w:r>
    </w:p>
    <w:p>
      <w:pPr>
        <w:spacing w:before="0" w:after="1020"/>
        <w:jc w:val="center"/>
      </w:pPr>
      <w:r>
        <w:rPr>
          <w:rFonts w:ascii="Cambria" w:hAnsi="Cambria"/>
          <w:b w:val="0"/>
          <w:i/>
          <w:color w:val="2F3E46"/>
          <w:sz w:val="68"/>
        </w:rPr>
        <w:t>Student Name</w:t>
      </w:r>
    </w:p>
    <w:p>
      <w:pPr>
        <w:spacing w:after="400"/>
        <w:ind w:left="2004" w:right="2004"/>
        <w:jc w:val="center"/>
        <w:pBdr>
          <w:bottom w:val="single" w:sz="6" w:space="2" w:color="5C8374"/>
        </w:pBdr>
      </w:pPr>
      <w:r>
        <w:rPr>
          <w:sz w:val="8"/>
        </w:rPr>
        <w:t xml:space="preserve"> </w:t>
      </w:r>
    </w:p>
    <w:p>
      <w:pPr>
        <w:spacing w:before="0" w:after="0" w:line="336" w:lineRule="auto"/>
        <w:jc w:val="center"/>
      </w:pPr>
      <w:r>
        <w:rPr>
          <w:rFonts w:ascii="Calibri" w:hAnsi="Calibri"/>
          <w:b w:val="0"/>
          <w:i/>
          <w:color w:val="5A5F66"/>
          <w:sz w:val="23"/>
        </w:rPr>
        <w:t>for outstanding reading progress, curiosity and a real love of books.</w:t>
      </w:r>
    </w:p>
    <w:p>
      <w:pPr>
        <w:spacing w:after="1960"/>
      </w:pPr>
      <w:r>
        <w:rPr>
          <w:sz w:val="4"/>
        </w:rPr>
        <w:t xml:space="preserve"> 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4479"/>
        <w:gridCol w:w="4479"/>
        <w:gridCol w:w="4479"/>
      </w:tblGrid>
      <w:tr>
        <w:tc>
          <w:tcPr>
            <w:tcW w:type="dxa" w:w="3515"/>
          </w:tcPr>
          <w:p>
            <w:pPr>
              <w:jc w:val="center"/>
              <w:pBdr>
                <w:bottom w:val="single" w:sz="6" w:space="2" w:color="2F3E46"/>
              </w:pBdr>
            </w:pPr>
            <w:r>
              <w:rPr>
                <w:sz w:val="8"/>
              </w:rPr>
              <w:t xml:space="preserve"> </w:t>
            </w:r>
          </w:p>
        </w:tc>
        <w:tc>
          <w:tcPr>
            <w:tcW w:type="dxa" w:w="6406"/>
          </w:tcPr>
          <w:p/>
        </w:tc>
        <w:tc>
          <w:tcPr>
            <w:tcW w:type="dxa" w:w="3515"/>
          </w:tcPr>
          <w:p>
            <w:pPr>
              <w:jc w:val="center"/>
              <w:pBdr>
                <w:bottom w:val="single" w:sz="6" w:space="2" w:color="2F3E46"/>
              </w:pBdr>
            </w:pPr>
            <w:r>
              <w:rPr>
                <w:sz w:val="8"/>
              </w:rPr>
              <w:t xml:space="preserve"> </w:t>
            </w:r>
          </w:p>
        </w:tc>
      </w:tr>
      <w:tr>
        <w:tc>
          <w:tcPr>
            <w:tcW w:type="dxa" w:w="3515"/>
          </w:tcPr>
          <w:p>
            <w:pPr>
              <w:jc w:val="center"/>
            </w:pPr>
            <w:r>
              <w:rPr>
                <w:rFonts w:ascii="Calibri" w:hAnsi="Calibri"/>
                <w:color w:val="5A5F66"/>
                <w:sz w:val="17"/>
                <w:spacing w:val="50"/>
              </w:rPr>
              <w:t>DATE</w:t>
            </w:r>
          </w:p>
        </w:tc>
        <w:tc>
          <w:tcPr>
            <w:tcW w:type="dxa" w:w="6406"/>
          </w:tcPr>
          <w:p/>
        </w:tc>
        <w:tc>
          <w:tcPr>
            <w:tcW w:type="dxa" w:w="3515"/>
          </w:tcPr>
          <w:p>
            <w:pPr>
              <w:jc w:val="center"/>
            </w:pPr>
            <w:r>
              <w:rPr>
                <w:rFonts w:ascii="Calibri" w:hAnsi="Calibri"/>
                <w:color w:val="5A5F66"/>
                <w:sz w:val="17"/>
                <w:spacing w:val="50"/>
              </w:rPr>
              <w:t>TEACHER</w:t>
            </w:r>
          </w:p>
        </w:tc>
      </w:tr>
    </w:tbl>
    <w:sectPr w:rsidR="00FC693F" w:rsidRPr="0006063C" w:rsidSect="00034616">
      <w:headerReference w:type="default" r:id="rId9"/>
      <w:pgSz w:w="16838" w:h="11906" w:orient="landscape"/>
      <w:pgMar w:top="567" w:right="1701" w:bottom="567" w:left="1701" w:header="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drawing>
        <wp:anchor distT="0" distB="0" distL="0" distR="0" simplePos="0" relativeHeight="0" behindDoc="1" locked="0" layoutInCell="1" allowOverlap="1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10692000" cy="7560000"/>
          <wp:wrapNone/>
          <wp:docPr id="1" name="Picture 1"/>
          <wp:cNvGraphicFramePr xmlns:a="http://schemas.openxmlformats.org/drawingml/2006/main">
            <a:graphicFrameLocks noChangeAspect="1"/>
          </wp:cNvGraphicFramePr>
          <a:graphic xmlns:a="http://schemas.openxmlformats.org/drawingml/2006/main" xmlns:pic="http://schemas.openxmlformats.org/drawingml/2006/picture">
            <a:graphicData uri="http://schemas.openxmlformats.org/drawingml/2006/picture">
              <pic:pic>
                <pic:nvPicPr>
                  <pic:cNvPr id="0" name="modern-minimal-a4-color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692000" cy="7560000"/>
                  </a:xfrm>
                  <a:prstGeom prst="rect"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