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80" w:after="360"/>
        <w:jc w:val="center"/>
      </w:pPr>
      <w:r>
        <w:rPr>
          <w:rFonts w:ascii="Cambria" w:hAnsi="Cambria"/>
          <w:b/>
          <w:i w:val="0"/>
          <w:color w:val="14213D"/>
          <w:sz w:val="80"/>
          <w:spacing w:val="180"/>
        </w:rPr>
        <w:t>READING</w:t>
      </w:r>
    </w:p>
    <w:p>
      <w:pPr>
        <w:spacing w:before="0" w:after="740"/>
        <w:jc w:val="center"/>
      </w:pPr>
      <w:r>
        <w:rPr>
          <w:rFonts w:ascii="Calibri" w:hAnsi="Calibri"/>
          <w:b w:val="0"/>
          <w:i w:val="0"/>
          <w:color w:val="E74C3C"/>
          <w:sz w:val="30"/>
          <w:spacing w:val="130"/>
        </w:rPr>
        <w:t>AWARD</w:t>
      </w:r>
    </w:p>
    <w:p>
      <w:pPr>
        <w:spacing w:before="0" w:after="40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CERTIFICATE IS PROUDLY PRESENTED TO</w:t>
      </w:r>
    </w:p>
    <w:p>
      <w:pPr>
        <w:spacing w:before="0" w:after="1020"/>
        <w:jc w:val="center"/>
      </w:pPr>
      <w:r>
        <w:rPr>
          <w:rFonts w:ascii="Cambria" w:hAnsi="Cambria"/>
          <w:b w:val="0"/>
          <w:i/>
          <w:color w:val="14213D"/>
          <w:sz w:val="68"/>
        </w:rPr>
        <w:t>Student Name</w:t>
      </w:r>
    </w:p>
    <w:p>
      <w:pPr>
        <w:spacing w:after="400"/>
        <w:ind w:left="2004" w:right="2004"/>
        <w:jc w:val="center"/>
        <w:pBdr>
          <w:bottom w:val="single" w:sz="6" w:space="2" w:color="E74C3C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outstanding reading progress, curiosity and a real love of books.</w:t>
      </w:r>
    </w:p>
    <w:p>
      <w:pPr>
        <w:spacing w:after="196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79"/>
        <w:gridCol w:w="4479"/>
        <w:gridCol w:w="4479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4213D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4213D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TEACHER</w:t>
            </w:r>
          </w:p>
        </w:tc>
      </w:tr>
    </w:tbl>
    <w:sectPr w:rsidR="00FC693F" w:rsidRPr="0006063C" w:rsidSect="00034616">
      <w:headerReference w:type="default" r:id="rId9"/>
      <w:pgSz w:w="16838" w:h="11906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2000" cy="75600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bold-sport-a4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