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READING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A1A1A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