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PERFECT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ATTENDANCE 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F3E46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perfect attendance and outstanding reliability throughout the entire school term.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