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PERFECT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ATTENDANCE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F3D2B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