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PERFECT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ATTENDANCE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