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1F3D2B"/>
          <w:sz w:val="80"/>
          <w:spacing w:val="180"/>
        </w:rPr>
        <w:t>EMPLOYEE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8C7A3F"/>
          <w:sz w:val="30"/>
          <w:spacing w:val="130"/>
        </w:rPr>
        <w:t>OF THE MONTH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AWARD IS PROUDLY PRESENTED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1F3D2B"/>
          <w:sz w:val="68"/>
        </w:rPr>
        <w:t>Recipient Name</w:t>
      </w:r>
    </w:p>
    <w:p>
      <w:pPr>
        <w:spacing w:after="400"/>
        <w:ind w:left="2004" w:right="2004"/>
        <w:jc w:val="center"/>
        <w:pBdr>
          <w:bottom w:val="single" w:sz="6" w:space="2" w:color="8C7A3F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in recognition of exceptional performance, professionalism and commitment to the team this month.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F3D2B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F3D2B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MONTH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MANAGER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laurel-academic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