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EMPLOYEE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THE MONTH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