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980" w:after="360"/>
        <w:jc w:val="center"/>
      </w:pPr>
      <w:r>
        <w:rPr>
          <w:rFonts w:ascii="Cambria" w:hAnsi="Cambria"/>
          <w:b/>
          <w:i w:val="0"/>
          <w:color w:val="2B3A67"/>
          <w:sz w:val="80"/>
          <w:spacing w:val="180"/>
        </w:rPr>
        <w:t>CERTIFICATE</w:t>
      </w:r>
    </w:p>
    <w:p>
      <w:pPr>
        <w:spacing w:before="0" w:after="740"/>
        <w:jc w:val="center"/>
      </w:pPr>
      <w:r>
        <w:rPr>
          <w:rFonts w:ascii="Calibri" w:hAnsi="Calibri"/>
          <w:b w:val="0"/>
          <w:i w:val="0"/>
          <w:color w:val="E8963C"/>
          <w:sz w:val="30"/>
          <w:spacing w:val="130"/>
        </w:rPr>
        <w:t>OF PARTICIPATION</w:t>
      </w:r>
    </w:p>
    <w:p>
      <w:pPr>
        <w:spacing w:before="0" w:after="40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CERTIFICATE IS AWARDED TO</w:t>
      </w:r>
    </w:p>
    <w:p>
      <w:pPr>
        <w:spacing w:before="0" w:after="1020"/>
        <w:jc w:val="center"/>
      </w:pPr>
      <w:r>
        <w:rPr>
          <w:rFonts w:ascii="Cambria" w:hAnsi="Cambria"/>
          <w:b w:val="0"/>
          <w:i/>
          <w:color w:val="2B3A67"/>
          <w:sz w:val="68"/>
        </w:rPr>
        <w:t>Recipient Name</w:t>
      </w:r>
    </w:p>
    <w:p>
      <w:pPr>
        <w:spacing w:after="400"/>
        <w:ind w:left="2004" w:right="2004"/>
        <w:jc w:val="center"/>
        <w:pBdr>
          <w:bottom w:val="single" w:sz="6" w:space="2" w:color="E8963C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for active and enthusiastic participation, and for the effort shown throughout the activity.</w:t>
      </w:r>
    </w:p>
    <w:p>
      <w:pPr>
        <w:spacing w:after="196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479"/>
        <w:gridCol w:w="4479"/>
        <w:gridCol w:w="4479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2B3A67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2B3A67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SIGNATURE</w:t>
            </w:r>
          </w:p>
        </w:tc>
      </w:tr>
    </w:tbl>
    <w:sectPr w:rsidR="00FC693F" w:rsidRPr="0006063C" w:rsidSect="00034616">
      <w:headerReference w:type="default" r:id="rId9"/>
      <w:pgSz w:w="16838" w:h="11906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92000" cy="75600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playful-confetti-a4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2000" cy="75600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