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OF PARTICIPATION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F3E46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active and enthusiastic participation, and for the effort shown throughout the activity.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