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CERTIFICATE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PARTICIPATION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AWARDED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00"/>
        <w:ind w:left="2004" w:right="200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active and enthusiastic participation, and for the effort shown throughout the activity.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SIGNATURE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