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OF PARTICIPATION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B2A4A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active and enthusiastic participation, and for the effort shown throughout the activity.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