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14213D"/>
          <w:sz w:val="80"/>
          <w:spacing w:val="180"/>
        </w:rPr>
        <w:t>CERTIFICATE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E74C3C"/>
          <w:sz w:val="30"/>
          <w:spacing w:val="130"/>
        </w:rPr>
        <w:t>OF PARTICIPATION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AWARDED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14213D"/>
          <w:sz w:val="68"/>
        </w:rPr>
        <w:t>Recipient Name</w:t>
      </w:r>
    </w:p>
    <w:p>
      <w:pPr>
        <w:spacing w:after="400"/>
        <w:ind w:left="2004" w:right="2004"/>
        <w:jc w:val="center"/>
        <w:pBdr>
          <w:bottom w:val="single" w:sz="6" w:space="2" w:color="E74C3C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active and enthusiastic participation, and for the effort shown throughout the activity.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4213D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4213D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SIGNATURE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bold-sport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