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1B2A4A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B8892B"/>
          <w:sz w:val="30"/>
          <w:spacing w:val="130"/>
        </w:rPr>
        <w:t>OF COMPLETION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1B2A4A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B8892B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B2A4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classic-gold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