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4213D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74C3C"/>
          <w:sz w:val="30"/>
          <w:spacing w:val="130"/>
        </w:rPr>
        <w:t>OF COMPLETION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IS TO CERTIFY THAT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4213D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E74C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has successfully completed all the requirements of the course and is hereby awarded this certificate.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4213D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INSTRUCTOR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bold-sport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