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40" w:after="380"/>
        <w:jc w:val="center"/>
      </w:pPr>
      <w:r>
        <w:rPr>
          <w:rFonts w:ascii="Cambria" w:hAnsi="Cambria"/>
          <w:b/>
          <w:i w:val="0"/>
          <w:color w:val="1B2A4A"/>
          <w:sz w:val="80"/>
          <w:spacing w:val="180"/>
        </w:rPr>
        <w:t>CERTIFICATE</w:t>
      </w:r>
    </w:p>
    <w:p>
      <w:pPr>
        <w:spacing w:before="0" w:after="780"/>
        <w:jc w:val="center"/>
      </w:pPr>
      <w:r>
        <w:rPr>
          <w:rFonts w:ascii="Calibri" w:hAnsi="Calibri"/>
          <w:b w:val="0"/>
          <w:i w:val="0"/>
          <w:color w:val="B8892B"/>
          <w:sz w:val="30"/>
          <w:spacing w:val="130"/>
        </w:rPr>
        <w:t>OF APPRECIATION</w:t>
      </w:r>
    </w:p>
    <w:p>
      <w:pPr>
        <w:spacing w:before="0" w:after="42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THIS CERTIFICATE IS PRESENTED WITH GRATITUDE TO</w:t>
      </w:r>
    </w:p>
    <w:p>
      <w:pPr>
        <w:spacing w:before="0" w:after="1080"/>
        <w:jc w:val="center"/>
      </w:pPr>
      <w:r>
        <w:rPr>
          <w:rFonts w:ascii="Cambria" w:hAnsi="Cambria"/>
          <w:b w:val="0"/>
          <w:i/>
          <w:color w:val="1B2A4A"/>
          <w:sz w:val="68"/>
        </w:rPr>
        <w:t>Recipient Name</w:t>
      </w:r>
    </w:p>
    <w:p>
      <w:pPr>
        <w:spacing w:after="420"/>
        <w:ind w:left="1784" w:right="1784"/>
        <w:jc w:val="center"/>
        <w:pBdr>
          <w:bottom w:val="single" w:sz="6" w:space="2" w:color="B8892B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in sincere appreciation of your dedication, generosity and valuable contribution.</w:t>
      </w:r>
    </w:p>
    <w:p>
      <w:pPr>
        <w:spacing w:after="208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146"/>
        <w:gridCol w:w="4146"/>
        <w:gridCol w:w="4146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1B2A4A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1B2A4A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DATE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SIGNATURE</w:t>
            </w:r>
          </w:p>
        </w:tc>
      </w:tr>
    </w:tbl>
    <w:sectPr w:rsidR="00FC693F" w:rsidRPr="0006063C" w:rsidSect="00034616">
      <w:headerReference w:type="default" r:id="rId9"/>
      <w:pgSz w:w="15840" w:h="12240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058400" cy="77724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classic-gold-letter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58400" cy="77724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