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4213D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E74C3C"/>
          <w:sz w:val="30"/>
          <w:spacing w:val="130"/>
        </w:rPr>
        <w:t>OF APPRECIATION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PRESENTED WITH GRATITUDE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4213D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E74C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sincere appreciation of your dedication, generosity and valuable contribution.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bold-sport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