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A1A1A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08D3F"/>
          <w:sz w:val="30"/>
          <w:spacing w:val="130"/>
        </w:rPr>
        <w:t>OF APPRECIATION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PRESENTED WITH GRATITUDE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A1A1A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B08D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sincere appreciation of your dedication, generosity and valuable contribution.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art-deco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