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OF ACHIEVEMENT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F3E46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achievement, commitment and effort demonstrated throughout the course of the school year.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