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40" w:after="380"/>
        <w:jc w:val="center"/>
      </w:pPr>
      <w:r>
        <w:rPr>
          <w:rFonts w:ascii="Cambria" w:hAnsi="Cambria"/>
          <w:b/>
          <w:i w:val="0"/>
          <w:color w:val="1B2A4A"/>
          <w:sz w:val="80"/>
          <w:spacing w:val="180"/>
        </w:rPr>
        <w:t>CERTIFICATE</w:t>
      </w:r>
    </w:p>
    <w:p>
      <w:pPr>
        <w:spacing w:before="0" w:after="780"/>
        <w:jc w:val="center"/>
      </w:pPr>
      <w:r>
        <w:rPr>
          <w:rFonts w:ascii="Calibri" w:hAnsi="Calibri"/>
          <w:b w:val="0"/>
          <w:i w:val="0"/>
          <w:color w:val="B8892B"/>
          <w:sz w:val="30"/>
          <w:spacing w:val="130"/>
        </w:rPr>
        <w:t>OF ACHIEVEMENT</w:t>
      </w:r>
    </w:p>
    <w:p>
      <w:pPr>
        <w:spacing w:before="0" w:after="420"/>
        <w:jc w:val="center"/>
      </w:pPr>
      <w:r>
        <w:rPr>
          <w:rFonts w:ascii="Calibri" w:hAnsi="Calibri"/>
          <w:b w:val="0"/>
          <w:i w:val="0"/>
          <w:color w:val="5A5F66"/>
          <w:sz w:val="19"/>
          <w:spacing w:val="60"/>
        </w:rPr>
        <w:t>THIS CERTIFICATE IS PROUDLY PRESENTED TO</w:t>
      </w:r>
    </w:p>
    <w:p>
      <w:pPr>
        <w:spacing w:before="0" w:after="1080"/>
        <w:jc w:val="center"/>
      </w:pPr>
      <w:r>
        <w:rPr>
          <w:rFonts w:ascii="Cambria" w:hAnsi="Cambria"/>
          <w:b w:val="0"/>
          <w:i/>
          <w:color w:val="1B2A4A"/>
          <w:sz w:val="68"/>
        </w:rPr>
        <w:t>Recipient Name</w:t>
      </w:r>
    </w:p>
    <w:p>
      <w:pPr>
        <w:spacing w:after="420"/>
        <w:ind w:left="1784" w:right="1784"/>
        <w:jc w:val="center"/>
        <w:pBdr>
          <w:bottom w:val="single" w:sz="6" w:space="2" w:color="B8892B"/>
        </w:pBdr>
      </w:pPr>
      <w:r>
        <w:rPr>
          <w:sz w:val="8"/>
        </w:rPr>
        <w:t xml:space="preserve"> </w:t>
      </w:r>
    </w:p>
    <w:p>
      <w:pPr>
        <w:spacing w:before="0" w:after="0" w:line="336" w:lineRule="auto"/>
        <w:jc w:val="center"/>
      </w:pPr>
      <w:r>
        <w:rPr>
          <w:rFonts w:ascii="Calibri" w:hAnsi="Calibri"/>
          <w:b w:val="0"/>
          <w:i/>
          <w:color w:val="5A5F66"/>
          <w:sz w:val="23"/>
        </w:rPr>
        <w:t>for outstanding achievement, commitment and effort demonstrated throughout the course of the school year.</w:t>
      </w:r>
    </w:p>
    <w:p>
      <w:pPr>
        <w:spacing w:after="2080"/>
      </w:pPr>
      <w:r>
        <w:rPr>
          <w:sz w:val="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146"/>
        <w:gridCol w:w="4146"/>
        <w:gridCol w:w="4146"/>
      </w:tblGrid>
      <w:tr>
        <w:tc>
          <w:tcPr>
            <w:tcW w:type="dxa" w:w="3515"/>
          </w:tcPr>
          <w:p>
            <w:pPr>
              <w:jc w:val="center"/>
              <w:pBdr>
                <w:bottom w:val="single" w:sz="6" w:space="2" w:color="1B2A4A"/>
              </w:pBdr>
            </w:pPr>
            <w:r>
              <w:rPr>
                <w:sz w:val="8"/>
              </w:rPr>
              <w:t xml:space="preserve"> </w:t>
            </w:r>
          </w:p>
        </w:tc>
        <w:tc>
          <w:tcPr>
            <w:tcW w:type="dxa" w:w="5409"/>
          </w:tcPr>
          <w:p/>
        </w:tc>
        <w:tc>
          <w:tcPr>
            <w:tcW w:type="dxa" w:w="3515"/>
          </w:tcPr>
          <w:p>
            <w:pPr>
              <w:jc w:val="center"/>
              <w:pBdr>
                <w:bottom w:val="single" w:sz="6" w:space="2" w:color="1B2A4A"/>
              </w:pBdr>
            </w:pPr>
            <w:r>
              <w:rPr>
                <w:sz w:val="8"/>
              </w:rPr>
              <w:t xml:space="preserve"> </w:t>
            </w:r>
          </w:p>
        </w:tc>
      </w:tr>
      <w:tr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DATE</w:t>
            </w:r>
          </w:p>
        </w:tc>
        <w:tc>
          <w:tcPr>
            <w:tcW w:type="dxa" w:w="5409"/>
          </w:tcPr>
          <w:p/>
        </w:tc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SIGNATURE</w:t>
            </w:r>
          </w:p>
        </w:tc>
      </w:tr>
    </w:tbl>
    <w:sectPr w:rsidR="00FC693F" w:rsidRPr="0006063C" w:rsidSect="00034616">
      <w:headerReference w:type="default" r:id="rId9"/>
      <w:pgSz w:w="15840" w:h="12240" w:orient="landscape"/>
      <w:pgMar w:top="567" w:right="1701" w:bottom="567" w:left="1701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anchor distT="0" distB="0" distL="0" distR="0" simplePos="0" relativeHeight="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058400" cy="7772400"/>
          <wp:wrapNone/>
          <wp:docPr id="1" name="Picture 1"/>
          <wp:cNvGraphicFramePr xmlns:a="http://schemas.openxmlformats.org/drawingml/2006/main">
            <a:graphicFrameLocks noChangeAspect="1"/>
          </wp:cNvGraphicFramePr>
          <a:graphic xmlns:a="http://schemas.openxmlformats.org/drawingml/2006/main" xmlns:pic="http://schemas.openxmlformats.org/drawingml/2006/picture">
            <a:graphicData uri="http://schemas.openxmlformats.org/drawingml/2006/picture">
              <pic:pic>
                <pic:nvPicPr>
                  <pic:cNvPr id="0" name="classic-gold-letter-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58400" cy="77724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